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21949" w14:textId="70780FA4" w:rsidR="00253440" w:rsidRDefault="00000000" w:rsidP="00776C02">
      <w:pPr>
        <w:jc w:val="center"/>
      </w:pPr>
      <w:r>
        <w:rPr>
          <w:b/>
          <w:sz w:val="28"/>
        </w:rPr>
        <w:t xml:space="preserve">SGT </w:t>
      </w:r>
      <w:r w:rsidR="009261DA">
        <w:rPr>
          <w:b/>
          <w:sz w:val="28"/>
        </w:rPr>
        <w:t>DENTAL COLLEGE, HOSPITAL AND RESEARCH INSTITUTE</w:t>
      </w:r>
    </w:p>
    <w:p w14:paraId="5A76DB37" w14:textId="77777777" w:rsidR="00965A24" w:rsidRDefault="00965A24" w:rsidP="00965A24">
      <w:pPr>
        <w:jc w:val="center"/>
      </w:pPr>
      <w:r>
        <w:rPr>
          <w:b/>
          <w:sz w:val="25"/>
          <w:u w:val="single"/>
        </w:rPr>
        <w:t>Heads of College Committees – Contact Details</w:t>
      </w:r>
    </w:p>
    <w:p w14:paraId="1CC4B8E1" w14:textId="48FCEFB4" w:rsidR="00965A24" w:rsidRDefault="00965A24" w:rsidP="00965A24">
      <w:pPr>
        <w:jc w:val="center"/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93"/>
        <w:gridCol w:w="3427"/>
        <w:gridCol w:w="1982"/>
        <w:gridCol w:w="1214"/>
        <w:gridCol w:w="3430"/>
      </w:tblGrid>
      <w:tr w:rsidR="00965A24" w:rsidRPr="00224055" w14:paraId="127E21D1" w14:textId="77777777" w:rsidTr="00224055">
        <w:trPr>
          <w:jc w:val="center"/>
        </w:trPr>
        <w:tc>
          <w:tcPr>
            <w:tcW w:w="279" w:type="pct"/>
            <w:shd w:val="clear" w:color="auto" w:fill="D9EAF7"/>
            <w:vAlign w:val="center"/>
          </w:tcPr>
          <w:p w14:paraId="41F558CB" w14:textId="77777777" w:rsidR="00965A24" w:rsidRPr="00224055" w:rsidRDefault="00965A24" w:rsidP="009261D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b/>
                <w:sz w:val="18"/>
                <w:szCs w:val="18"/>
              </w:rPr>
              <w:t>S. No.</w:t>
            </w:r>
          </w:p>
        </w:tc>
        <w:tc>
          <w:tcPr>
            <w:tcW w:w="1610" w:type="pct"/>
            <w:shd w:val="clear" w:color="auto" w:fill="D9EAF7"/>
            <w:vAlign w:val="center"/>
          </w:tcPr>
          <w:p w14:paraId="7C5C4167" w14:textId="77777777" w:rsidR="00965A24" w:rsidRPr="00224055" w:rsidRDefault="00965A24" w:rsidP="009261D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b/>
                <w:sz w:val="18"/>
                <w:szCs w:val="18"/>
              </w:rPr>
              <w:t>Committee</w:t>
            </w:r>
          </w:p>
        </w:tc>
        <w:tc>
          <w:tcPr>
            <w:tcW w:w="931" w:type="pct"/>
            <w:shd w:val="clear" w:color="auto" w:fill="D9EAF7"/>
            <w:vAlign w:val="center"/>
          </w:tcPr>
          <w:p w14:paraId="7A460E91" w14:textId="77777777" w:rsidR="00965A24" w:rsidRPr="00224055" w:rsidRDefault="00965A24" w:rsidP="009261D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b/>
                <w:sz w:val="18"/>
                <w:szCs w:val="18"/>
              </w:rPr>
              <w:t>Chairperson / Head</w:t>
            </w:r>
          </w:p>
        </w:tc>
        <w:tc>
          <w:tcPr>
            <w:tcW w:w="570" w:type="pct"/>
            <w:shd w:val="clear" w:color="auto" w:fill="D9EAF7"/>
            <w:vAlign w:val="center"/>
          </w:tcPr>
          <w:p w14:paraId="6CA9BE25" w14:textId="77777777" w:rsidR="00965A24" w:rsidRPr="00224055" w:rsidRDefault="00965A24" w:rsidP="009261D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b/>
                <w:sz w:val="18"/>
                <w:szCs w:val="18"/>
              </w:rPr>
              <w:t>Mobile No.</w:t>
            </w:r>
          </w:p>
        </w:tc>
        <w:tc>
          <w:tcPr>
            <w:tcW w:w="1611" w:type="pct"/>
            <w:shd w:val="clear" w:color="auto" w:fill="D9EAF7"/>
            <w:vAlign w:val="center"/>
          </w:tcPr>
          <w:p w14:paraId="46F079D1" w14:textId="77777777" w:rsidR="00965A24" w:rsidRPr="00224055" w:rsidRDefault="00965A24" w:rsidP="009261D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b/>
                <w:sz w:val="18"/>
                <w:szCs w:val="18"/>
              </w:rPr>
              <w:t>E-mail ID</w:t>
            </w:r>
          </w:p>
        </w:tc>
      </w:tr>
      <w:tr w:rsidR="00FB0820" w:rsidRPr="00224055" w14:paraId="76D0999B" w14:textId="77777777" w:rsidTr="00224055">
        <w:trPr>
          <w:jc w:val="center"/>
        </w:trPr>
        <w:tc>
          <w:tcPr>
            <w:tcW w:w="279" w:type="pct"/>
          </w:tcPr>
          <w:p w14:paraId="1E8CF351" w14:textId="22050564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1610" w:type="pct"/>
          </w:tcPr>
          <w:p w14:paraId="205F21A6" w14:textId="3D55E101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Vulnerable Section Committee</w:t>
            </w:r>
          </w:p>
        </w:tc>
        <w:tc>
          <w:tcPr>
            <w:tcW w:w="931" w:type="pct"/>
          </w:tcPr>
          <w:p w14:paraId="7C9AB21F" w14:textId="095726B3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Bhupender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Kumar Yadav</w:t>
            </w:r>
          </w:p>
        </w:tc>
        <w:tc>
          <w:tcPr>
            <w:tcW w:w="570" w:type="pct"/>
          </w:tcPr>
          <w:p w14:paraId="55B040C7" w14:textId="6F746489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9716111561</w:t>
            </w:r>
          </w:p>
        </w:tc>
        <w:tc>
          <w:tcPr>
            <w:tcW w:w="1611" w:type="pct"/>
          </w:tcPr>
          <w:p w14:paraId="65B1F353" w14:textId="5F41CEDC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bhupender.yadav@sgtuniversity.org</w:t>
            </w:r>
          </w:p>
        </w:tc>
      </w:tr>
      <w:tr w:rsidR="00FB0820" w:rsidRPr="00224055" w14:paraId="284334D9" w14:textId="77777777" w:rsidTr="00224055">
        <w:trPr>
          <w:jc w:val="center"/>
        </w:trPr>
        <w:tc>
          <w:tcPr>
            <w:tcW w:w="279" w:type="pct"/>
          </w:tcPr>
          <w:p w14:paraId="6245E1B3" w14:textId="05C28DAF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1610" w:type="pct"/>
          </w:tcPr>
          <w:p w14:paraId="2DF07C26" w14:textId="7E02362C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Anti-Ragging Committee</w:t>
            </w:r>
          </w:p>
        </w:tc>
        <w:tc>
          <w:tcPr>
            <w:tcW w:w="931" w:type="pct"/>
          </w:tcPr>
          <w:p w14:paraId="7DD79BC3" w14:textId="35E536F0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Sumit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Singh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Phukela</w:t>
            </w:r>
            <w:proofErr w:type="spellEnd"/>
          </w:p>
        </w:tc>
        <w:tc>
          <w:tcPr>
            <w:tcW w:w="570" w:type="pct"/>
          </w:tcPr>
          <w:p w14:paraId="537F7F80" w14:textId="35795FE4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9910159222</w:t>
            </w:r>
          </w:p>
        </w:tc>
        <w:tc>
          <w:tcPr>
            <w:tcW w:w="1611" w:type="pct"/>
          </w:tcPr>
          <w:p w14:paraId="5D4B2E7C" w14:textId="0C608B58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sumit.phukela@sgtuniversity.org</w:t>
            </w:r>
          </w:p>
        </w:tc>
      </w:tr>
      <w:tr w:rsidR="00FB0820" w:rsidRPr="00224055" w14:paraId="6879C199" w14:textId="77777777" w:rsidTr="00224055">
        <w:trPr>
          <w:jc w:val="center"/>
        </w:trPr>
        <w:tc>
          <w:tcPr>
            <w:tcW w:w="279" w:type="pct"/>
          </w:tcPr>
          <w:p w14:paraId="52534B12" w14:textId="67B26713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1610" w:type="pct"/>
          </w:tcPr>
          <w:p w14:paraId="6073CEF9" w14:textId="218A9BCA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Sexual Harassment Committee</w:t>
            </w:r>
          </w:p>
        </w:tc>
        <w:tc>
          <w:tcPr>
            <w:tcW w:w="931" w:type="pct"/>
          </w:tcPr>
          <w:p w14:paraId="55D813B4" w14:textId="5D874FF3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Dr. Meenakshi Chopra</w:t>
            </w:r>
          </w:p>
        </w:tc>
        <w:tc>
          <w:tcPr>
            <w:tcW w:w="570" w:type="pct"/>
          </w:tcPr>
          <w:p w14:paraId="5D78B3C9" w14:textId="2B131221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9467019900</w:t>
            </w:r>
          </w:p>
        </w:tc>
        <w:tc>
          <w:tcPr>
            <w:tcW w:w="1611" w:type="pct"/>
          </w:tcPr>
          <w:p w14:paraId="7A960639" w14:textId="15AB4CEA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meenakshichopra_fdsc@sgtuniversity.org</w:t>
            </w:r>
          </w:p>
        </w:tc>
      </w:tr>
      <w:tr w:rsidR="00FB0820" w:rsidRPr="00224055" w14:paraId="0CEDF65F" w14:textId="77777777" w:rsidTr="00224055">
        <w:trPr>
          <w:jc w:val="center"/>
        </w:trPr>
        <w:tc>
          <w:tcPr>
            <w:tcW w:w="279" w:type="pct"/>
          </w:tcPr>
          <w:p w14:paraId="4A2F824F" w14:textId="137B8294" w:rsidR="00FB0820" w:rsidRPr="00224055" w:rsidRDefault="00224055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1610" w:type="pct"/>
          </w:tcPr>
          <w:p w14:paraId="1BA6F242" w14:textId="6BEDEBB0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Biomedical Waste Management Committee</w:t>
            </w:r>
          </w:p>
        </w:tc>
        <w:tc>
          <w:tcPr>
            <w:tcW w:w="931" w:type="pct"/>
          </w:tcPr>
          <w:p w14:paraId="6EA8947B" w14:textId="2177B8D9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Dr. Shalini Garg</w:t>
            </w:r>
          </w:p>
        </w:tc>
        <w:tc>
          <w:tcPr>
            <w:tcW w:w="570" w:type="pct"/>
          </w:tcPr>
          <w:p w14:paraId="54552FF6" w14:textId="08FB303B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9215668621</w:t>
            </w:r>
          </w:p>
        </w:tc>
        <w:tc>
          <w:tcPr>
            <w:tcW w:w="1611" w:type="pct"/>
          </w:tcPr>
          <w:p w14:paraId="631DE52E" w14:textId="27760148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shalini_fdsc@sgtuniversity.org</w:t>
            </w:r>
          </w:p>
        </w:tc>
      </w:tr>
      <w:tr w:rsidR="00FB0820" w:rsidRPr="00224055" w14:paraId="78679653" w14:textId="77777777" w:rsidTr="00224055">
        <w:trPr>
          <w:jc w:val="center"/>
        </w:trPr>
        <w:tc>
          <w:tcPr>
            <w:tcW w:w="279" w:type="pct"/>
          </w:tcPr>
          <w:p w14:paraId="48EB9A0D" w14:textId="044D2D74" w:rsidR="00FB0820" w:rsidRPr="00224055" w:rsidRDefault="00224055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1610" w:type="pct"/>
          </w:tcPr>
          <w:p w14:paraId="1181CF33" w14:textId="4D4BF214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Scientific Review Board Committee</w:t>
            </w:r>
          </w:p>
        </w:tc>
        <w:tc>
          <w:tcPr>
            <w:tcW w:w="931" w:type="pct"/>
          </w:tcPr>
          <w:p w14:paraId="3BF68F46" w14:textId="7592B8C3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Sumit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Singh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Phukela</w:t>
            </w:r>
            <w:proofErr w:type="spellEnd"/>
          </w:p>
        </w:tc>
        <w:tc>
          <w:tcPr>
            <w:tcW w:w="570" w:type="pct"/>
          </w:tcPr>
          <w:p w14:paraId="7CE34FA9" w14:textId="18C70655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9910159222</w:t>
            </w:r>
          </w:p>
        </w:tc>
        <w:tc>
          <w:tcPr>
            <w:tcW w:w="1611" w:type="pct"/>
          </w:tcPr>
          <w:p w14:paraId="3774016D" w14:textId="264A972A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sumit.phukela@sgtuniversity.org</w:t>
            </w:r>
          </w:p>
        </w:tc>
      </w:tr>
      <w:tr w:rsidR="00FB0820" w:rsidRPr="00224055" w14:paraId="04A0ED8A" w14:textId="77777777" w:rsidTr="00224055">
        <w:trPr>
          <w:jc w:val="center"/>
        </w:trPr>
        <w:tc>
          <w:tcPr>
            <w:tcW w:w="279" w:type="pct"/>
          </w:tcPr>
          <w:p w14:paraId="4908C479" w14:textId="1FD56BC5" w:rsidR="00FB0820" w:rsidRPr="00224055" w:rsidRDefault="00224055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1610" w:type="pct"/>
          </w:tcPr>
          <w:p w14:paraId="706633E1" w14:textId="38FF884D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Research Committee</w:t>
            </w:r>
          </w:p>
        </w:tc>
        <w:tc>
          <w:tcPr>
            <w:tcW w:w="931" w:type="pct"/>
          </w:tcPr>
          <w:p w14:paraId="1BE11FB3" w14:textId="3E1CD328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Sumit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Singh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Phukela</w:t>
            </w:r>
            <w:proofErr w:type="spellEnd"/>
          </w:p>
        </w:tc>
        <w:tc>
          <w:tcPr>
            <w:tcW w:w="570" w:type="pct"/>
          </w:tcPr>
          <w:p w14:paraId="2689CB4E" w14:textId="72DD6F8F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9910159222</w:t>
            </w:r>
          </w:p>
        </w:tc>
        <w:tc>
          <w:tcPr>
            <w:tcW w:w="1611" w:type="pct"/>
          </w:tcPr>
          <w:p w14:paraId="0F49286F" w14:textId="340DAC79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sumit.phukela@sgtuniversity.org</w:t>
            </w:r>
          </w:p>
        </w:tc>
      </w:tr>
      <w:tr w:rsidR="00FB0820" w:rsidRPr="00224055" w14:paraId="26FB5DA0" w14:textId="77777777" w:rsidTr="00224055">
        <w:trPr>
          <w:jc w:val="center"/>
        </w:trPr>
        <w:tc>
          <w:tcPr>
            <w:tcW w:w="279" w:type="pct"/>
          </w:tcPr>
          <w:p w14:paraId="2BE74C29" w14:textId="599439FC" w:rsidR="00FB0820" w:rsidRPr="00224055" w:rsidRDefault="00224055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1610" w:type="pct"/>
          </w:tcPr>
          <w:p w14:paraId="636188C0" w14:textId="15A06339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Under-Graduate Committee</w:t>
            </w:r>
          </w:p>
        </w:tc>
        <w:tc>
          <w:tcPr>
            <w:tcW w:w="931" w:type="pct"/>
          </w:tcPr>
          <w:p w14:paraId="2FC80F02" w14:textId="450B3482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Vidushi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Sheokand</w:t>
            </w:r>
            <w:proofErr w:type="spellEnd"/>
          </w:p>
        </w:tc>
        <w:tc>
          <w:tcPr>
            <w:tcW w:w="570" w:type="pct"/>
          </w:tcPr>
          <w:p w14:paraId="28F490BA" w14:textId="59EA3EE9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8130132666</w:t>
            </w:r>
          </w:p>
        </w:tc>
        <w:tc>
          <w:tcPr>
            <w:tcW w:w="1611" w:type="pct"/>
          </w:tcPr>
          <w:p w14:paraId="4960F09C" w14:textId="0A7C48C4" w:rsidR="00FB0820" w:rsidRPr="00224055" w:rsidRDefault="00FB0820" w:rsidP="00FB0820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vidushi.sheokand@sgtuniversity.org</w:t>
            </w:r>
          </w:p>
        </w:tc>
      </w:tr>
      <w:tr w:rsidR="00224055" w:rsidRPr="00224055" w14:paraId="320DA68E" w14:textId="77777777" w:rsidTr="00224055">
        <w:trPr>
          <w:jc w:val="center"/>
        </w:trPr>
        <w:tc>
          <w:tcPr>
            <w:tcW w:w="279" w:type="pct"/>
          </w:tcPr>
          <w:p w14:paraId="600131B1" w14:textId="26815516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1610" w:type="pct"/>
          </w:tcPr>
          <w:p w14:paraId="28DC2C81" w14:textId="392F87D4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Alumni Committee</w:t>
            </w:r>
          </w:p>
        </w:tc>
        <w:tc>
          <w:tcPr>
            <w:tcW w:w="931" w:type="pct"/>
          </w:tcPr>
          <w:p w14:paraId="21A420E4" w14:textId="6F7A93C0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Dr. Puja Malhotra</w:t>
            </w:r>
          </w:p>
        </w:tc>
        <w:tc>
          <w:tcPr>
            <w:tcW w:w="570" w:type="pct"/>
          </w:tcPr>
          <w:p w14:paraId="308E7E01" w14:textId="4C830E62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9810857171</w:t>
            </w:r>
          </w:p>
        </w:tc>
        <w:tc>
          <w:tcPr>
            <w:tcW w:w="1611" w:type="pct"/>
          </w:tcPr>
          <w:p w14:paraId="6584C886" w14:textId="5ACB932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drpuja.fds@sgtuniversity.org</w:t>
            </w:r>
          </w:p>
        </w:tc>
      </w:tr>
      <w:tr w:rsidR="00224055" w:rsidRPr="00224055" w14:paraId="666819A6" w14:textId="77777777" w:rsidTr="00224055">
        <w:trPr>
          <w:jc w:val="center"/>
        </w:trPr>
        <w:tc>
          <w:tcPr>
            <w:tcW w:w="279" w:type="pct"/>
          </w:tcPr>
          <w:p w14:paraId="03AB50F4" w14:textId="4AA9ECFB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1610" w:type="pct"/>
          </w:tcPr>
          <w:p w14:paraId="5E4D5949" w14:textId="546393BF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Patient Quality Care Committee</w:t>
            </w:r>
          </w:p>
        </w:tc>
        <w:tc>
          <w:tcPr>
            <w:tcW w:w="931" w:type="pct"/>
          </w:tcPr>
          <w:p w14:paraId="58672BA5" w14:textId="0B27D690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Shourya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Tandon</w:t>
            </w:r>
          </w:p>
        </w:tc>
        <w:tc>
          <w:tcPr>
            <w:tcW w:w="570" w:type="pct"/>
          </w:tcPr>
          <w:p w14:paraId="090248E3" w14:textId="125F136E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9582044241</w:t>
            </w:r>
          </w:p>
        </w:tc>
        <w:tc>
          <w:tcPr>
            <w:tcW w:w="1611" w:type="pct"/>
          </w:tcPr>
          <w:p w14:paraId="37B2EE2E" w14:textId="64791084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shourya.tandon@sgtuniversity.org</w:t>
            </w:r>
          </w:p>
        </w:tc>
      </w:tr>
      <w:tr w:rsidR="00224055" w:rsidRPr="00224055" w14:paraId="65B9FD8C" w14:textId="77777777" w:rsidTr="00224055">
        <w:trPr>
          <w:jc w:val="center"/>
        </w:trPr>
        <w:tc>
          <w:tcPr>
            <w:tcW w:w="279" w:type="pct"/>
          </w:tcPr>
          <w:p w14:paraId="0BE40F11" w14:textId="73F537AA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1610" w:type="pct"/>
          </w:tcPr>
          <w:p w14:paraId="4722C53C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Committee for Course Progression through LMS</w:t>
            </w:r>
          </w:p>
        </w:tc>
        <w:tc>
          <w:tcPr>
            <w:tcW w:w="931" w:type="pct"/>
          </w:tcPr>
          <w:p w14:paraId="1BF56245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Ashtha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Arya</w:t>
            </w:r>
          </w:p>
        </w:tc>
        <w:tc>
          <w:tcPr>
            <w:tcW w:w="570" w:type="pct"/>
          </w:tcPr>
          <w:p w14:paraId="2FC7B1E1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9810761757</w:t>
            </w:r>
          </w:p>
        </w:tc>
        <w:tc>
          <w:tcPr>
            <w:tcW w:w="1611" w:type="pct"/>
          </w:tcPr>
          <w:p w14:paraId="1AFFE327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ashtha.arya@sgtuniversity.org</w:t>
            </w:r>
          </w:p>
        </w:tc>
      </w:tr>
      <w:tr w:rsidR="00224055" w:rsidRPr="00224055" w14:paraId="67594FDB" w14:textId="77777777" w:rsidTr="00224055">
        <w:trPr>
          <w:jc w:val="center"/>
        </w:trPr>
        <w:tc>
          <w:tcPr>
            <w:tcW w:w="279" w:type="pct"/>
          </w:tcPr>
          <w:p w14:paraId="2B40CE69" w14:textId="4C41574A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11</w:t>
            </w:r>
          </w:p>
        </w:tc>
        <w:tc>
          <w:tcPr>
            <w:tcW w:w="1610" w:type="pct"/>
          </w:tcPr>
          <w:p w14:paraId="703B50DB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Committee for Discount and Refund</w:t>
            </w:r>
          </w:p>
        </w:tc>
        <w:tc>
          <w:tcPr>
            <w:tcW w:w="931" w:type="pct"/>
          </w:tcPr>
          <w:p w14:paraId="2E99E309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Sumit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Singh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Phukela</w:t>
            </w:r>
            <w:proofErr w:type="spellEnd"/>
          </w:p>
        </w:tc>
        <w:tc>
          <w:tcPr>
            <w:tcW w:w="570" w:type="pct"/>
          </w:tcPr>
          <w:p w14:paraId="60A7A550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9910159222</w:t>
            </w:r>
          </w:p>
        </w:tc>
        <w:tc>
          <w:tcPr>
            <w:tcW w:w="1611" w:type="pct"/>
          </w:tcPr>
          <w:p w14:paraId="1A7DCE20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sumit.phukela@sgtuniversity.org</w:t>
            </w:r>
          </w:p>
        </w:tc>
      </w:tr>
      <w:tr w:rsidR="00224055" w:rsidRPr="00224055" w14:paraId="1F86ECFA" w14:textId="77777777" w:rsidTr="00224055">
        <w:trPr>
          <w:jc w:val="center"/>
        </w:trPr>
        <w:tc>
          <w:tcPr>
            <w:tcW w:w="279" w:type="pct"/>
          </w:tcPr>
          <w:p w14:paraId="6859612B" w14:textId="515E6D69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1610" w:type="pct"/>
          </w:tcPr>
          <w:p w14:paraId="47F19BF1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Social Media Committee (Academic, Cultural &amp; Sports)</w:t>
            </w:r>
          </w:p>
        </w:tc>
        <w:tc>
          <w:tcPr>
            <w:tcW w:w="931" w:type="pct"/>
          </w:tcPr>
          <w:p w14:paraId="1AF846EB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Pankaj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Ritwal</w:t>
            </w:r>
            <w:proofErr w:type="spellEnd"/>
          </w:p>
        </w:tc>
        <w:tc>
          <w:tcPr>
            <w:tcW w:w="570" w:type="pct"/>
          </w:tcPr>
          <w:p w14:paraId="41C55B18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9992999948</w:t>
            </w:r>
          </w:p>
        </w:tc>
        <w:tc>
          <w:tcPr>
            <w:tcW w:w="1611" w:type="pct"/>
          </w:tcPr>
          <w:p w14:paraId="4B448AA0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pankaj_dental@sgtuniversity.org</w:t>
            </w:r>
          </w:p>
        </w:tc>
      </w:tr>
      <w:tr w:rsidR="00224055" w:rsidRPr="00224055" w14:paraId="5372AAFB" w14:textId="77777777" w:rsidTr="00224055">
        <w:trPr>
          <w:jc w:val="center"/>
        </w:trPr>
        <w:tc>
          <w:tcPr>
            <w:tcW w:w="279" w:type="pct"/>
          </w:tcPr>
          <w:p w14:paraId="163DE5ED" w14:textId="0EC86F54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13</w:t>
            </w:r>
          </w:p>
        </w:tc>
        <w:tc>
          <w:tcPr>
            <w:tcW w:w="1610" w:type="pct"/>
          </w:tcPr>
          <w:p w14:paraId="5FAA63ED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Website Committee</w:t>
            </w:r>
          </w:p>
        </w:tc>
        <w:tc>
          <w:tcPr>
            <w:tcW w:w="931" w:type="pct"/>
          </w:tcPr>
          <w:p w14:paraId="26C86918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Pankaj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Ritwal</w:t>
            </w:r>
            <w:proofErr w:type="spellEnd"/>
          </w:p>
        </w:tc>
        <w:tc>
          <w:tcPr>
            <w:tcW w:w="570" w:type="pct"/>
          </w:tcPr>
          <w:p w14:paraId="71748A11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9992999948</w:t>
            </w:r>
          </w:p>
        </w:tc>
        <w:tc>
          <w:tcPr>
            <w:tcW w:w="1611" w:type="pct"/>
          </w:tcPr>
          <w:p w14:paraId="1EE1B1E7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pankaj_dental@sgtuniversity.org</w:t>
            </w:r>
          </w:p>
        </w:tc>
      </w:tr>
      <w:tr w:rsidR="00224055" w:rsidRPr="00224055" w14:paraId="70634405" w14:textId="77777777" w:rsidTr="00224055">
        <w:trPr>
          <w:jc w:val="center"/>
        </w:trPr>
        <w:tc>
          <w:tcPr>
            <w:tcW w:w="279" w:type="pct"/>
          </w:tcPr>
          <w:p w14:paraId="711644A2" w14:textId="734BF0FC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14</w:t>
            </w:r>
          </w:p>
        </w:tc>
        <w:tc>
          <w:tcPr>
            <w:tcW w:w="1610" w:type="pct"/>
          </w:tcPr>
          <w:p w14:paraId="7E53F8CD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Dental Patient Management Software Committee</w:t>
            </w:r>
          </w:p>
        </w:tc>
        <w:tc>
          <w:tcPr>
            <w:tcW w:w="931" w:type="pct"/>
          </w:tcPr>
          <w:p w14:paraId="767CDDB6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Sumit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Singh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Phukela</w:t>
            </w:r>
            <w:proofErr w:type="spellEnd"/>
          </w:p>
        </w:tc>
        <w:tc>
          <w:tcPr>
            <w:tcW w:w="570" w:type="pct"/>
          </w:tcPr>
          <w:p w14:paraId="2F527818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9910159222</w:t>
            </w:r>
          </w:p>
        </w:tc>
        <w:tc>
          <w:tcPr>
            <w:tcW w:w="1611" w:type="pct"/>
          </w:tcPr>
          <w:p w14:paraId="09D5F6A1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sumit.phukela@sgtuniversity.org</w:t>
            </w:r>
          </w:p>
        </w:tc>
      </w:tr>
      <w:tr w:rsidR="00224055" w:rsidRPr="00224055" w14:paraId="6C9855F5" w14:textId="77777777" w:rsidTr="00224055">
        <w:trPr>
          <w:jc w:val="center"/>
        </w:trPr>
        <w:tc>
          <w:tcPr>
            <w:tcW w:w="279" w:type="pct"/>
          </w:tcPr>
          <w:p w14:paraId="2B35633D" w14:textId="681C18A0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15</w:t>
            </w:r>
          </w:p>
        </w:tc>
        <w:tc>
          <w:tcPr>
            <w:tcW w:w="1610" w:type="pct"/>
          </w:tcPr>
          <w:p w14:paraId="3A2CD288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Disciplinary Committee</w:t>
            </w:r>
          </w:p>
        </w:tc>
        <w:tc>
          <w:tcPr>
            <w:tcW w:w="931" w:type="pct"/>
          </w:tcPr>
          <w:p w14:paraId="64958E29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Dr. Aparna Dave</w:t>
            </w:r>
          </w:p>
        </w:tc>
        <w:tc>
          <w:tcPr>
            <w:tcW w:w="570" w:type="pct"/>
          </w:tcPr>
          <w:p w14:paraId="587BA42B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9717703007</w:t>
            </w:r>
          </w:p>
        </w:tc>
        <w:tc>
          <w:tcPr>
            <w:tcW w:w="1611" w:type="pct"/>
          </w:tcPr>
          <w:p w14:paraId="1A55E755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aparna.dave@sgtuniversity.org</w:t>
            </w:r>
          </w:p>
        </w:tc>
      </w:tr>
      <w:tr w:rsidR="00224055" w:rsidRPr="00224055" w14:paraId="6F1F36BC" w14:textId="77777777" w:rsidTr="00224055">
        <w:trPr>
          <w:jc w:val="center"/>
        </w:trPr>
        <w:tc>
          <w:tcPr>
            <w:tcW w:w="279" w:type="pct"/>
          </w:tcPr>
          <w:p w14:paraId="1ABBB281" w14:textId="12CC9C0E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16</w:t>
            </w:r>
          </w:p>
        </w:tc>
        <w:tc>
          <w:tcPr>
            <w:tcW w:w="1610" w:type="pct"/>
          </w:tcPr>
          <w:p w14:paraId="2DBBC1C7" w14:textId="1E8276C0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Placement Cell Committee</w:t>
            </w:r>
          </w:p>
        </w:tc>
        <w:tc>
          <w:tcPr>
            <w:tcW w:w="931" w:type="pct"/>
          </w:tcPr>
          <w:p w14:paraId="1705AAA4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Sumit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Singh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Phukela</w:t>
            </w:r>
            <w:proofErr w:type="spellEnd"/>
          </w:p>
        </w:tc>
        <w:tc>
          <w:tcPr>
            <w:tcW w:w="570" w:type="pct"/>
          </w:tcPr>
          <w:p w14:paraId="4F7003A9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9910159222</w:t>
            </w:r>
          </w:p>
        </w:tc>
        <w:tc>
          <w:tcPr>
            <w:tcW w:w="1611" w:type="pct"/>
          </w:tcPr>
          <w:p w14:paraId="17493912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sumit.phukela@sgtuniversity.org</w:t>
            </w:r>
          </w:p>
        </w:tc>
      </w:tr>
      <w:tr w:rsidR="00224055" w:rsidRPr="00224055" w14:paraId="68E1A4C8" w14:textId="77777777" w:rsidTr="00224055">
        <w:trPr>
          <w:jc w:val="center"/>
        </w:trPr>
        <w:tc>
          <w:tcPr>
            <w:tcW w:w="279" w:type="pct"/>
          </w:tcPr>
          <w:p w14:paraId="1B83CA47" w14:textId="28E9D18D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17</w:t>
            </w:r>
          </w:p>
        </w:tc>
        <w:tc>
          <w:tcPr>
            <w:tcW w:w="1610" w:type="pct"/>
          </w:tcPr>
          <w:p w14:paraId="29F3C290" w14:textId="4407D41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Committee for Admission</w:t>
            </w:r>
          </w:p>
        </w:tc>
        <w:tc>
          <w:tcPr>
            <w:tcW w:w="931" w:type="pct"/>
          </w:tcPr>
          <w:p w14:paraId="077BCDB5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Dr. Bhupender Kumar Yadav</w:t>
            </w:r>
          </w:p>
        </w:tc>
        <w:tc>
          <w:tcPr>
            <w:tcW w:w="570" w:type="pct"/>
          </w:tcPr>
          <w:p w14:paraId="338F3F7E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9716111561</w:t>
            </w:r>
          </w:p>
        </w:tc>
        <w:tc>
          <w:tcPr>
            <w:tcW w:w="1611" w:type="pct"/>
          </w:tcPr>
          <w:p w14:paraId="19839B18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bhupender.yadav@sgtuniversity.org</w:t>
            </w:r>
          </w:p>
        </w:tc>
      </w:tr>
      <w:tr w:rsidR="00224055" w:rsidRPr="00224055" w14:paraId="3B4DE3E6" w14:textId="77777777" w:rsidTr="00224055">
        <w:trPr>
          <w:jc w:val="center"/>
        </w:trPr>
        <w:tc>
          <w:tcPr>
            <w:tcW w:w="279" w:type="pct"/>
          </w:tcPr>
          <w:p w14:paraId="337B8E49" w14:textId="66045DC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18</w:t>
            </w:r>
          </w:p>
        </w:tc>
        <w:tc>
          <w:tcPr>
            <w:tcW w:w="1610" w:type="pct"/>
          </w:tcPr>
          <w:p w14:paraId="260E4323" w14:textId="7B60511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Committee for Budget / Treatment Charges</w:t>
            </w:r>
          </w:p>
        </w:tc>
        <w:tc>
          <w:tcPr>
            <w:tcW w:w="931" w:type="pct"/>
          </w:tcPr>
          <w:p w14:paraId="0C326D89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Sumit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Singh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Phukela</w:t>
            </w:r>
            <w:proofErr w:type="spellEnd"/>
          </w:p>
        </w:tc>
        <w:tc>
          <w:tcPr>
            <w:tcW w:w="570" w:type="pct"/>
          </w:tcPr>
          <w:p w14:paraId="05A0CFC1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9910159222</w:t>
            </w:r>
          </w:p>
        </w:tc>
        <w:tc>
          <w:tcPr>
            <w:tcW w:w="1611" w:type="pct"/>
          </w:tcPr>
          <w:p w14:paraId="054ECE52" w14:textId="7777777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sumit.phukela@sgtuniversity.org</w:t>
            </w:r>
          </w:p>
        </w:tc>
      </w:tr>
      <w:tr w:rsidR="00224055" w:rsidRPr="00224055" w14:paraId="76F52AF9" w14:textId="77777777" w:rsidTr="00224055">
        <w:trPr>
          <w:jc w:val="center"/>
        </w:trPr>
        <w:tc>
          <w:tcPr>
            <w:tcW w:w="279" w:type="pct"/>
          </w:tcPr>
          <w:p w14:paraId="50549EB8" w14:textId="2CE7C936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19</w:t>
            </w:r>
          </w:p>
        </w:tc>
        <w:tc>
          <w:tcPr>
            <w:tcW w:w="1610" w:type="pct"/>
          </w:tcPr>
          <w:p w14:paraId="5959DEBF" w14:textId="3949025F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ERP Committee</w:t>
            </w:r>
          </w:p>
        </w:tc>
        <w:tc>
          <w:tcPr>
            <w:tcW w:w="931" w:type="pct"/>
          </w:tcPr>
          <w:p w14:paraId="67C3206C" w14:textId="23870011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Dr. Namrata Dogra</w:t>
            </w:r>
          </w:p>
        </w:tc>
        <w:tc>
          <w:tcPr>
            <w:tcW w:w="570" w:type="pct"/>
          </w:tcPr>
          <w:p w14:paraId="43BFC3AC" w14:textId="3B1315A6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9990650552</w:t>
            </w:r>
          </w:p>
        </w:tc>
        <w:tc>
          <w:tcPr>
            <w:tcW w:w="1611" w:type="pct"/>
          </w:tcPr>
          <w:p w14:paraId="2EC281AA" w14:textId="4D47EA9E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namrata.dogra@sgtuniversity.org</w:t>
            </w:r>
          </w:p>
        </w:tc>
      </w:tr>
      <w:tr w:rsidR="00224055" w:rsidRPr="00224055" w14:paraId="3AE59E4D" w14:textId="77777777" w:rsidTr="00224055">
        <w:trPr>
          <w:jc w:val="center"/>
        </w:trPr>
        <w:tc>
          <w:tcPr>
            <w:tcW w:w="279" w:type="pct"/>
          </w:tcPr>
          <w:p w14:paraId="244D82D8" w14:textId="521EED5C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20</w:t>
            </w:r>
          </w:p>
        </w:tc>
        <w:tc>
          <w:tcPr>
            <w:tcW w:w="1610" w:type="pct"/>
          </w:tcPr>
          <w:p w14:paraId="4CA16485" w14:textId="7F5EAC2B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Committee for establishment of Centre of Excellence</w:t>
            </w:r>
          </w:p>
        </w:tc>
        <w:tc>
          <w:tcPr>
            <w:tcW w:w="931" w:type="pct"/>
          </w:tcPr>
          <w:p w14:paraId="669A2A2A" w14:textId="22279472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Sumit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Singh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Phukela</w:t>
            </w:r>
            <w:proofErr w:type="spellEnd"/>
          </w:p>
        </w:tc>
        <w:tc>
          <w:tcPr>
            <w:tcW w:w="570" w:type="pct"/>
          </w:tcPr>
          <w:p w14:paraId="43508405" w14:textId="7BAD3FD2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9910159222</w:t>
            </w:r>
          </w:p>
        </w:tc>
        <w:tc>
          <w:tcPr>
            <w:tcW w:w="1611" w:type="pct"/>
          </w:tcPr>
          <w:p w14:paraId="02E589D7" w14:textId="6E689339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sumit.phukela@sgtuniversity.org</w:t>
            </w:r>
          </w:p>
        </w:tc>
      </w:tr>
      <w:tr w:rsidR="00224055" w:rsidRPr="00224055" w14:paraId="3EE0EC7B" w14:textId="77777777" w:rsidTr="00224055">
        <w:trPr>
          <w:jc w:val="center"/>
        </w:trPr>
        <w:tc>
          <w:tcPr>
            <w:tcW w:w="279" w:type="pct"/>
          </w:tcPr>
          <w:p w14:paraId="4701B328" w14:textId="7B66289C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21</w:t>
            </w:r>
          </w:p>
        </w:tc>
        <w:tc>
          <w:tcPr>
            <w:tcW w:w="1610" w:type="pct"/>
          </w:tcPr>
          <w:p w14:paraId="2742E13F" w14:textId="65F00BA2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Committee for Internal Industry Advisory Board Members</w:t>
            </w:r>
          </w:p>
        </w:tc>
        <w:tc>
          <w:tcPr>
            <w:tcW w:w="931" w:type="pct"/>
          </w:tcPr>
          <w:p w14:paraId="4BC7EDF3" w14:textId="55ED0A4D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Dr. Puja Malhotra</w:t>
            </w:r>
          </w:p>
        </w:tc>
        <w:tc>
          <w:tcPr>
            <w:tcW w:w="570" w:type="pct"/>
          </w:tcPr>
          <w:p w14:paraId="500068BB" w14:textId="01B107EA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9810857171</w:t>
            </w:r>
          </w:p>
        </w:tc>
        <w:tc>
          <w:tcPr>
            <w:tcW w:w="1611" w:type="pct"/>
          </w:tcPr>
          <w:p w14:paraId="3ABEA587" w14:textId="7F894A9C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drpuja.fds@sgtuniversity.org</w:t>
            </w:r>
          </w:p>
        </w:tc>
      </w:tr>
      <w:tr w:rsidR="00224055" w:rsidRPr="00224055" w14:paraId="1DBB6A91" w14:textId="77777777" w:rsidTr="00224055">
        <w:trPr>
          <w:jc w:val="center"/>
        </w:trPr>
        <w:tc>
          <w:tcPr>
            <w:tcW w:w="279" w:type="pct"/>
          </w:tcPr>
          <w:p w14:paraId="22316827" w14:textId="5D0660DE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22</w:t>
            </w:r>
          </w:p>
        </w:tc>
        <w:tc>
          <w:tcPr>
            <w:tcW w:w="1610" w:type="pct"/>
          </w:tcPr>
          <w:p w14:paraId="5C756F4A" w14:textId="19B786A6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Intern mentoring committee</w:t>
            </w:r>
          </w:p>
        </w:tc>
        <w:tc>
          <w:tcPr>
            <w:tcW w:w="931" w:type="pct"/>
          </w:tcPr>
          <w:p w14:paraId="203B62E5" w14:textId="3AD9B60E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Dr. Aparna Dave</w:t>
            </w:r>
          </w:p>
        </w:tc>
        <w:tc>
          <w:tcPr>
            <w:tcW w:w="570" w:type="pct"/>
          </w:tcPr>
          <w:p w14:paraId="214DAC15" w14:textId="4D2A11F9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9717703007</w:t>
            </w:r>
          </w:p>
        </w:tc>
        <w:tc>
          <w:tcPr>
            <w:tcW w:w="1611" w:type="pct"/>
          </w:tcPr>
          <w:p w14:paraId="3BCF60A5" w14:textId="620063F5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aparna.dave@sgtuniversity.org</w:t>
            </w:r>
          </w:p>
        </w:tc>
      </w:tr>
      <w:tr w:rsidR="00224055" w:rsidRPr="00224055" w14:paraId="71539FC3" w14:textId="77777777" w:rsidTr="00224055">
        <w:trPr>
          <w:jc w:val="center"/>
        </w:trPr>
        <w:tc>
          <w:tcPr>
            <w:tcW w:w="279" w:type="pct"/>
          </w:tcPr>
          <w:p w14:paraId="1F2F8140" w14:textId="37183AD3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23</w:t>
            </w:r>
          </w:p>
        </w:tc>
        <w:tc>
          <w:tcPr>
            <w:tcW w:w="1610" w:type="pct"/>
          </w:tcPr>
          <w:p w14:paraId="7C7E282C" w14:textId="75BC045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Post-Graduate Committee</w:t>
            </w:r>
          </w:p>
        </w:tc>
        <w:tc>
          <w:tcPr>
            <w:tcW w:w="931" w:type="pct"/>
          </w:tcPr>
          <w:p w14:paraId="0ED81B78" w14:textId="0C78CC3A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 xml:space="preserve">Dr. </w:t>
            </w:r>
            <w:proofErr w:type="spellStart"/>
            <w:r w:rsidRPr="00224055">
              <w:rPr>
                <w:rFonts w:asciiTheme="minorHAnsi" w:hAnsiTheme="minorHAnsi"/>
                <w:sz w:val="18"/>
                <w:szCs w:val="18"/>
              </w:rPr>
              <w:t>Mamta</w:t>
            </w:r>
            <w:proofErr w:type="spellEnd"/>
            <w:r w:rsidRPr="00224055">
              <w:rPr>
                <w:rFonts w:asciiTheme="minorHAnsi" w:hAnsiTheme="minorHAnsi"/>
                <w:sz w:val="18"/>
                <w:szCs w:val="18"/>
              </w:rPr>
              <w:t xml:space="preserve"> Singla</w:t>
            </w:r>
          </w:p>
        </w:tc>
        <w:tc>
          <w:tcPr>
            <w:tcW w:w="570" w:type="pct"/>
          </w:tcPr>
          <w:p w14:paraId="13A28B43" w14:textId="75C4E1CE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9891381349</w:t>
            </w:r>
          </w:p>
        </w:tc>
        <w:tc>
          <w:tcPr>
            <w:tcW w:w="1611" w:type="pct"/>
          </w:tcPr>
          <w:p w14:paraId="5DC53373" w14:textId="0376C7E4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mamta.singla@sgtuniversity.org</w:t>
            </w:r>
          </w:p>
        </w:tc>
      </w:tr>
      <w:tr w:rsidR="00224055" w:rsidRPr="00224055" w14:paraId="719C2782" w14:textId="77777777" w:rsidTr="00224055">
        <w:trPr>
          <w:jc w:val="center"/>
        </w:trPr>
        <w:tc>
          <w:tcPr>
            <w:tcW w:w="279" w:type="pct"/>
          </w:tcPr>
          <w:p w14:paraId="23BB3A2A" w14:textId="006D2440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1610" w:type="pct"/>
          </w:tcPr>
          <w:p w14:paraId="60B32723" w14:textId="04D5ABD3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Continuing Dental Education Committee</w:t>
            </w:r>
          </w:p>
        </w:tc>
        <w:tc>
          <w:tcPr>
            <w:tcW w:w="931" w:type="pct"/>
          </w:tcPr>
          <w:p w14:paraId="53F1474D" w14:textId="1181AB27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Dr. Puja Malhotra</w:t>
            </w:r>
          </w:p>
        </w:tc>
        <w:tc>
          <w:tcPr>
            <w:tcW w:w="570" w:type="pct"/>
          </w:tcPr>
          <w:p w14:paraId="6A4929CA" w14:textId="368FA3C0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9810857171</w:t>
            </w:r>
          </w:p>
        </w:tc>
        <w:tc>
          <w:tcPr>
            <w:tcW w:w="1611" w:type="pct"/>
          </w:tcPr>
          <w:p w14:paraId="13D51BE7" w14:textId="3F89D983" w:rsidR="00224055" w:rsidRPr="00224055" w:rsidRDefault="00224055" w:rsidP="00224055">
            <w:pPr>
              <w:rPr>
                <w:rFonts w:asciiTheme="minorHAnsi" w:hAnsiTheme="minorHAnsi"/>
                <w:sz w:val="18"/>
                <w:szCs w:val="18"/>
              </w:rPr>
            </w:pPr>
            <w:r w:rsidRPr="00224055">
              <w:rPr>
                <w:rFonts w:asciiTheme="minorHAnsi" w:hAnsiTheme="minorHAnsi"/>
                <w:sz w:val="18"/>
                <w:szCs w:val="18"/>
              </w:rPr>
              <w:t>drpuja.fds@sgtuniversity.org</w:t>
            </w:r>
          </w:p>
        </w:tc>
      </w:tr>
    </w:tbl>
    <w:p w14:paraId="362CCCAA" w14:textId="77777777" w:rsidR="00965A24" w:rsidRDefault="00965A24" w:rsidP="00965A24"/>
    <w:sectPr w:rsidR="00965A24" w:rsidSect="00034616">
      <w:pgSz w:w="12240" w:h="15840"/>
      <w:pgMar w:top="864" w:right="792" w:bottom="86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4022483">
    <w:abstractNumId w:val="8"/>
  </w:num>
  <w:num w:numId="2" w16cid:durableId="951597340">
    <w:abstractNumId w:val="6"/>
  </w:num>
  <w:num w:numId="3" w16cid:durableId="896553341">
    <w:abstractNumId w:val="5"/>
  </w:num>
  <w:num w:numId="4" w16cid:durableId="923075028">
    <w:abstractNumId w:val="4"/>
  </w:num>
  <w:num w:numId="5" w16cid:durableId="340164283">
    <w:abstractNumId w:val="7"/>
  </w:num>
  <w:num w:numId="6" w16cid:durableId="1794784379">
    <w:abstractNumId w:val="3"/>
  </w:num>
  <w:num w:numId="7" w16cid:durableId="387611391">
    <w:abstractNumId w:val="2"/>
  </w:num>
  <w:num w:numId="8" w16cid:durableId="1157724596">
    <w:abstractNumId w:val="1"/>
  </w:num>
  <w:num w:numId="9" w16cid:durableId="33692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324"/>
    <w:rsid w:val="0015074B"/>
    <w:rsid w:val="00224055"/>
    <w:rsid w:val="00253440"/>
    <w:rsid w:val="0029639D"/>
    <w:rsid w:val="00326F90"/>
    <w:rsid w:val="0038452B"/>
    <w:rsid w:val="004E598A"/>
    <w:rsid w:val="00642519"/>
    <w:rsid w:val="00672B9C"/>
    <w:rsid w:val="00776C02"/>
    <w:rsid w:val="008817B5"/>
    <w:rsid w:val="009261DA"/>
    <w:rsid w:val="00965A24"/>
    <w:rsid w:val="009F6D7F"/>
    <w:rsid w:val="00A410F6"/>
    <w:rsid w:val="00AA1D8D"/>
    <w:rsid w:val="00B47730"/>
    <w:rsid w:val="00C8694C"/>
    <w:rsid w:val="00CB0664"/>
    <w:rsid w:val="00D064A8"/>
    <w:rsid w:val="00FB08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1DE4BA"/>
  <w14:defaultImageDpi w14:val="300"/>
  <w15:docId w15:val="{D4A73D69-1470-4BBA-84D6-C7B7F6BE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7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8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4163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Drishti P</cp:lastModifiedBy>
  <cp:revision>4</cp:revision>
  <dcterms:created xsi:type="dcterms:W3CDTF">2026-09-28T09:35:00Z</dcterms:created>
  <dcterms:modified xsi:type="dcterms:W3CDTF">2026-09-28T10:29:00Z</dcterms:modified>
  <cp:category/>
</cp:coreProperties>
</file>